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1D8" w:rsidRPr="00D221C6" w:rsidRDefault="008B6273">
      <w:pPr>
        <w:rPr>
          <w:lang w:val="el-GR"/>
        </w:rPr>
      </w:pPr>
      <w:r>
        <w:rPr>
          <w:b/>
          <w:sz w:val="26"/>
          <w:lang w:val="el-GR"/>
        </w:rPr>
        <w:t xml:space="preserve"> </w:t>
      </w:r>
    </w:p>
    <w:p w:rsidR="005E41D8" w:rsidRPr="00D221C6" w:rsidRDefault="00101449">
      <w:pPr>
        <w:spacing w:after="80"/>
        <w:jc w:val="center"/>
        <w:rPr>
          <w:lang w:val="el-GR"/>
        </w:rPr>
      </w:pPr>
      <w:r w:rsidRPr="00D221C6">
        <w:rPr>
          <w:b/>
          <w:sz w:val="28"/>
          <w:lang w:val="el-GR"/>
        </w:rPr>
        <w:t>ΕΝΤΥΠΟ ΑΙΤΗΣΗΣ – ΥΠΕΥΘΥΝΗΣ ΔΗΛΩΣΗΣ</w:t>
      </w:r>
    </w:p>
    <w:p w:rsidR="005E41D8" w:rsidRPr="00D221C6" w:rsidRDefault="00101449">
      <w:pPr>
        <w:spacing w:after="80"/>
        <w:jc w:val="center"/>
        <w:rPr>
          <w:lang w:val="el-GR"/>
        </w:rPr>
      </w:pPr>
      <w:r w:rsidRPr="00D221C6">
        <w:rPr>
          <w:sz w:val="20"/>
          <w:lang w:val="el-GR"/>
        </w:rPr>
        <w:t>Για πρόσληψη ενός (1) ατόμου ΥΕ Συνοδών Απορριμματοφόρων – άρθρο 206 ν. 3584/2007</w:t>
      </w:r>
    </w:p>
    <w:tbl>
      <w:tblPr>
        <w:tblStyle w:val="afa"/>
        <w:tblW w:w="0" w:type="auto"/>
        <w:jc w:val="center"/>
        <w:tblLook w:val="04A0"/>
      </w:tblPr>
      <w:tblGrid>
        <w:gridCol w:w="4873"/>
        <w:gridCol w:w="4873"/>
      </w:tblGrid>
      <w:tr w:rsidR="005E41D8">
        <w:trPr>
          <w:jc w:val="center"/>
        </w:trPr>
        <w:tc>
          <w:tcPr>
            <w:tcW w:w="4873" w:type="dxa"/>
            <w:vAlign w:val="center"/>
          </w:tcPr>
          <w:p w:rsidR="005E41D8" w:rsidRDefault="00101449">
            <w:r>
              <w:rPr>
                <w:b/>
                <w:sz w:val="19"/>
              </w:rPr>
              <w:t>Α. ΣΤΟΙΧΕΙΑ ΥΠΟΨΗΦΙΟΥ</w:t>
            </w:r>
          </w:p>
        </w:tc>
        <w:tc>
          <w:tcPr>
            <w:tcW w:w="4873" w:type="dxa"/>
            <w:vAlign w:val="center"/>
          </w:tcPr>
          <w:p w:rsidR="005E41D8" w:rsidRDefault="005E41D8"/>
        </w:tc>
      </w:tr>
      <w:tr w:rsidR="005E41D8">
        <w:trPr>
          <w:jc w:val="center"/>
        </w:trPr>
        <w:tc>
          <w:tcPr>
            <w:tcW w:w="4873" w:type="dxa"/>
            <w:vAlign w:val="center"/>
          </w:tcPr>
          <w:p w:rsidR="005E41D8" w:rsidRDefault="00101449">
            <w:r>
              <w:rPr>
                <w:sz w:val="19"/>
              </w:rPr>
              <w:t>Επώνυμο</w:t>
            </w:r>
          </w:p>
        </w:tc>
        <w:tc>
          <w:tcPr>
            <w:tcW w:w="4873" w:type="dxa"/>
            <w:vAlign w:val="center"/>
          </w:tcPr>
          <w:p w:rsidR="005E41D8" w:rsidRDefault="005E41D8"/>
        </w:tc>
      </w:tr>
      <w:tr w:rsidR="005E41D8">
        <w:trPr>
          <w:jc w:val="center"/>
        </w:trPr>
        <w:tc>
          <w:tcPr>
            <w:tcW w:w="4873" w:type="dxa"/>
            <w:vAlign w:val="center"/>
          </w:tcPr>
          <w:p w:rsidR="005E41D8" w:rsidRDefault="00101449">
            <w:r>
              <w:rPr>
                <w:sz w:val="19"/>
              </w:rPr>
              <w:t>Όνομα</w:t>
            </w:r>
          </w:p>
        </w:tc>
        <w:tc>
          <w:tcPr>
            <w:tcW w:w="4873" w:type="dxa"/>
            <w:vAlign w:val="center"/>
          </w:tcPr>
          <w:p w:rsidR="005E41D8" w:rsidRDefault="005E41D8"/>
        </w:tc>
      </w:tr>
      <w:tr w:rsidR="005E41D8">
        <w:trPr>
          <w:jc w:val="center"/>
        </w:trPr>
        <w:tc>
          <w:tcPr>
            <w:tcW w:w="4873" w:type="dxa"/>
            <w:vAlign w:val="center"/>
          </w:tcPr>
          <w:p w:rsidR="005E41D8" w:rsidRDefault="00101449">
            <w:r>
              <w:rPr>
                <w:sz w:val="19"/>
              </w:rPr>
              <w:t>Πατρώνυμο</w:t>
            </w:r>
          </w:p>
        </w:tc>
        <w:tc>
          <w:tcPr>
            <w:tcW w:w="4873" w:type="dxa"/>
            <w:vAlign w:val="center"/>
          </w:tcPr>
          <w:p w:rsidR="005E41D8" w:rsidRDefault="005E41D8"/>
        </w:tc>
      </w:tr>
      <w:tr w:rsidR="005E41D8">
        <w:trPr>
          <w:jc w:val="center"/>
        </w:trPr>
        <w:tc>
          <w:tcPr>
            <w:tcW w:w="4873" w:type="dxa"/>
            <w:vAlign w:val="center"/>
          </w:tcPr>
          <w:p w:rsidR="005E41D8" w:rsidRDefault="00101449">
            <w:r>
              <w:rPr>
                <w:sz w:val="19"/>
              </w:rPr>
              <w:t>Μητρώνυμο</w:t>
            </w:r>
          </w:p>
        </w:tc>
        <w:tc>
          <w:tcPr>
            <w:tcW w:w="4873" w:type="dxa"/>
            <w:vAlign w:val="center"/>
          </w:tcPr>
          <w:p w:rsidR="005E41D8" w:rsidRDefault="005E41D8"/>
        </w:tc>
      </w:tr>
      <w:tr w:rsidR="005E41D8">
        <w:trPr>
          <w:jc w:val="center"/>
        </w:trPr>
        <w:tc>
          <w:tcPr>
            <w:tcW w:w="4873" w:type="dxa"/>
            <w:vAlign w:val="center"/>
          </w:tcPr>
          <w:p w:rsidR="005E41D8" w:rsidRDefault="00101449">
            <w:r>
              <w:rPr>
                <w:sz w:val="19"/>
              </w:rPr>
              <w:t>Ημερομηνία γέννησης</w:t>
            </w:r>
          </w:p>
        </w:tc>
        <w:tc>
          <w:tcPr>
            <w:tcW w:w="4873" w:type="dxa"/>
            <w:vAlign w:val="center"/>
          </w:tcPr>
          <w:p w:rsidR="005E41D8" w:rsidRDefault="005E41D8"/>
        </w:tc>
      </w:tr>
      <w:tr w:rsidR="005E41D8">
        <w:trPr>
          <w:jc w:val="center"/>
        </w:trPr>
        <w:tc>
          <w:tcPr>
            <w:tcW w:w="4873" w:type="dxa"/>
            <w:vAlign w:val="center"/>
          </w:tcPr>
          <w:p w:rsidR="005E41D8" w:rsidRDefault="00101449">
            <w:r>
              <w:rPr>
                <w:sz w:val="19"/>
              </w:rPr>
              <w:t>Αριθμός Δελτίου Ταυτότητας</w:t>
            </w:r>
          </w:p>
        </w:tc>
        <w:tc>
          <w:tcPr>
            <w:tcW w:w="4873" w:type="dxa"/>
            <w:vAlign w:val="center"/>
          </w:tcPr>
          <w:p w:rsidR="005E41D8" w:rsidRDefault="005E41D8"/>
        </w:tc>
      </w:tr>
      <w:tr w:rsidR="005E41D8">
        <w:trPr>
          <w:jc w:val="center"/>
        </w:trPr>
        <w:tc>
          <w:tcPr>
            <w:tcW w:w="4873" w:type="dxa"/>
            <w:vAlign w:val="center"/>
          </w:tcPr>
          <w:p w:rsidR="005E41D8" w:rsidRDefault="00101449">
            <w:r>
              <w:rPr>
                <w:sz w:val="19"/>
              </w:rPr>
              <w:t>ΑΦΜ</w:t>
            </w:r>
          </w:p>
        </w:tc>
        <w:tc>
          <w:tcPr>
            <w:tcW w:w="4873" w:type="dxa"/>
            <w:vAlign w:val="center"/>
          </w:tcPr>
          <w:p w:rsidR="005E41D8" w:rsidRDefault="005E41D8"/>
        </w:tc>
      </w:tr>
      <w:tr w:rsidR="005E41D8">
        <w:trPr>
          <w:jc w:val="center"/>
        </w:trPr>
        <w:tc>
          <w:tcPr>
            <w:tcW w:w="4873" w:type="dxa"/>
            <w:vAlign w:val="center"/>
          </w:tcPr>
          <w:p w:rsidR="005E41D8" w:rsidRDefault="00101449">
            <w:r>
              <w:rPr>
                <w:sz w:val="19"/>
              </w:rPr>
              <w:t>ΑΜΚΑ</w:t>
            </w:r>
          </w:p>
        </w:tc>
        <w:tc>
          <w:tcPr>
            <w:tcW w:w="4873" w:type="dxa"/>
            <w:vAlign w:val="center"/>
          </w:tcPr>
          <w:p w:rsidR="005E41D8" w:rsidRDefault="005E41D8"/>
        </w:tc>
      </w:tr>
      <w:tr w:rsidR="005E41D8">
        <w:trPr>
          <w:jc w:val="center"/>
        </w:trPr>
        <w:tc>
          <w:tcPr>
            <w:tcW w:w="4873" w:type="dxa"/>
            <w:vAlign w:val="center"/>
          </w:tcPr>
          <w:p w:rsidR="005E41D8" w:rsidRDefault="00101449">
            <w:r>
              <w:rPr>
                <w:sz w:val="19"/>
              </w:rPr>
              <w:t>Διεύθυνση κατοικίας</w:t>
            </w:r>
          </w:p>
        </w:tc>
        <w:tc>
          <w:tcPr>
            <w:tcW w:w="4873" w:type="dxa"/>
            <w:vAlign w:val="center"/>
          </w:tcPr>
          <w:p w:rsidR="005E41D8" w:rsidRDefault="005E41D8"/>
        </w:tc>
      </w:tr>
      <w:tr w:rsidR="005E41D8">
        <w:trPr>
          <w:jc w:val="center"/>
        </w:trPr>
        <w:tc>
          <w:tcPr>
            <w:tcW w:w="4873" w:type="dxa"/>
            <w:vAlign w:val="center"/>
          </w:tcPr>
          <w:p w:rsidR="005E41D8" w:rsidRDefault="00101449">
            <w:r>
              <w:rPr>
                <w:sz w:val="19"/>
              </w:rPr>
              <w:t>Τηλέφωνο</w:t>
            </w:r>
          </w:p>
        </w:tc>
        <w:tc>
          <w:tcPr>
            <w:tcW w:w="4873" w:type="dxa"/>
            <w:vAlign w:val="center"/>
          </w:tcPr>
          <w:p w:rsidR="005E41D8" w:rsidRDefault="005E41D8"/>
        </w:tc>
      </w:tr>
      <w:tr w:rsidR="005E41D8">
        <w:trPr>
          <w:jc w:val="center"/>
        </w:trPr>
        <w:tc>
          <w:tcPr>
            <w:tcW w:w="4873" w:type="dxa"/>
            <w:vAlign w:val="center"/>
          </w:tcPr>
          <w:p w:rsidR="005E41D8" w:rsidRDefault="00101449">
            <w:r>
              <w:rPr>
                <w:sz w:val="19"/>
              </w:rPr>
              <w:t>Email</w:t>
            </w:r>
          </w:p>
        </w:tc>
        <w:tc>
          <w:tcPr>
            <w:tcW w:w="4873" w:type="dxa"/>
            <w:vAlign w:val="center"/>
          </w:tcPr>
          <w:p w:rsidR="005E41D8" w:rsidRDefault="005E41D8"/>
        </w:tc>
      </w:tr>
    </w:tbl>
    <w:p w:rsidR="005E41D8" w:rsidRDefault="00101449">
      <w:pPr>
        <w:spacing w:after="80"/>
        <w:jc w:val="center"/>
      </w:pPr>
      <w:r>
        <w:rPr>
          <w:b/>
          <w:sz w:val="24"/>
        </w:rPr>
        <w:t>ΑΙΤΗΣΗ</w:t>
      </w:r>
    </w:p>
    <w:p w:rsidR="005E41D8" w:rsidRPr="00D221C6" w:rsidRDefault="00101449">
      <w:pPr>
        <w:spacing w:after="80"/>
        <w:rPr>
          <w:lang w:val="el-GR"/>
        </w:rPr>
      </w:pPr>
      <w:r w:rsidRPr="00D221C6">
        <w:rPr>
          <w:sz w:val="20"/>
          <w:lang w:val="el-GR"/>
        </w:rPr>
        <w:t>Παρακαλώ να κάνετε δεκτή την αίτησή μου για την πρόσληψη στη θέση ΥΕ Συνοδών Απορριμματοφόρων, σύμφωνα με την ανακοίνωση του Δήμου Θέρμου.</w:t>
      </w:r>
    </w:p>
    <w:p w:rsidR="005E41D8" w:rsidRPr="00D221C6" w:rsidRDefault="00101449">
      <w:pPr>
        <w:spacing w:after="80"/>
        <w:rPr>
          <w:lang w:val="el-GR"/>
        </w:rPr>
      </w:pPr>
      <w:r w:rsidRPr="00D221C6">
        <w:rPr>
          <w:sz w:val="20"/>
          <w:lang w:val="el-GR"/>
        </w:rPr>
        <w:t>Δηλώνω ότι τα στοιχεία και τα δικαιολογητικά που υποβάλλω είναι αληθή και ακριβή.</w:t>
      </w:r>
    </w:p>
    <w:p w:rsidR="005E41D8" w:rsidRPr="00D221C6" w:rsidRDefault="00101449">
      <w:pPr>
        <w:spacing w:after="80"/>
        <w:rPr>
          <w:lang w:val="el-GR"/>
        </w:rPr>
      </w:pPr>
      <w:r w:rsidRPr="00D221C6">
        <w:rPr>
          <w:b/>
          <w:sz w:val="20"/>
          <w:lang w:val="el-GR"/>
        </w:rPr>
        <w:t>Συνημμένα δικαιολογητικά:</w:t>
      </w:r>
    </w:p>
    <w:p w:rsidR="005E41D8" w:rsidRPr="00D221C6" w:rsidRDefault="00101449">
      <w:pPr>
        <w:spacing w:after="40"/>
        <w:rPr>
          <w:lang w:val="el-GR"/>
        </w:rPr>
      </w:pPr>
      <w:r w:rsidRPr="00D221C6">
        <w:rPr>
          <w:sz w:val="19"/>
          <w:lang w:val="el-GR"/>
        </w:rPr>
        <w:t>□ 1. ________________________________________________</w:t>
      </w:r>
    </w:p>
    <w:p w:rsidR="005E41D8" w:rsidRPr="00D221C6" w:rsidRDefault="00101449">
      <w:pPr>
        <w:spacing w:after="40"/>
        <w:rPr>
          <w:lang w:val="el-GR"/>
        </w:rPr>
      </w:pPr>
      <w:r w:rsidRPr="00D221C6">
        <w:rPr>
          <w:sz w:val="19"/>
          <w:lang w:val="el-GR"/>
        </w:rPr>
        <w:t>□ 2. ________________________________________________</w:t>
      </w:r>
    </w:p>
    <w:p w:rsidR="005E41D8" w:rsidRPr="00D221C6" w:rsidRDefault="00101449">
      <w:pPr>
        <w:spacing w:after="40"/>
        <w:rPr>
          <w:lang w:val="el-GR"/>
        </w:rPr>
      </w:pPr>
      <w:r w:rsidRPr="00D221C6">
        <w:rPr>
          <w:sz w:val="19"/>
          <w:lang w:val="el-GR"/>
        </w:rPr>
        <w:t>□ 3. ________________________________________________</w:t>
      </w:r>
    </w:p>
    <w:p w:rsidR="005E41D8" w:rsidRPr="00D221C6" w:rsidRDefault="00101449">
      <w:pPr>
        <w:spacing w:after="40"/>
        <w:rPr>
          <w:lang w:val="el-GR"/>
        </w:rPr>
      </w:pPr>
      <w:r w:rsidRPr="00D221C6">
        <w:rPr>
          <w:sz w:val="19"/>
          <w:lang w:val="el-GR"/>
        </w:rPr>
        <w:t>□ 4. ________________________________________________</w:t>
      </w:r>
    </w:p>
    <w:p w:rsidR="005E41D8" w:rsidRPr="00D221C6" w:rsidRDefault="00101449">
      <w:pPr>
        <w:spacing w:after="40"/>
        <w:rPr>
          <w:lang w:val="el-GR"/>
        </w:rPr>
      </w:pPr>
      <w:r w:rsidRPr="00D221C6">
        <w:rPr>
          <w:sz w:val="19"/>
          <w:lang w:val="el-GR"/>
        </w:rPr>
        <w:t>□ 5. ________________________________________________</w:t>
      </w:r>
    </w:p>
    <w:p w:rsidR="005E41D8" w:rsidRPr="00D221C6" w:rsidRDefault="00101449">
      <w:pPr>
        <w:spacing w:after="40"/>
        <w:rPr>
          <w:lang w:val="el-GR"/>
        </w:rPr>
      </w:pPr>
      <w:r w:rsidRPr="00D221C6">
        <w:rPr>
          <w:sz w:val="19"/>
          <w:lang w:val="el-GR"/>
        </w:rPr>
        <w:t>□ 6. ________________________________________________</w:t>
      </w:r>
    </w:p>
    <w:p w:rsidR="005E41D8" w:rsidRPr="00D221C6" w:rsidRDefault="00101449">
      <w:pPr>
        <w:spacing w:after="40"/>
        <w:rPr>
          <w:lang w:val="el-GR"/>
        </w:rPr>
      </w:pPr>
      <w:r w:rsidRPr="00D221C6">
        <w:rPr>
          <w:sz w:val="19"/>
          <w:lang w:val="el-GR"/>
        </w:rPr>
        <w:t>□ 7. ________________________________________________</w:t>
      </w:r>
    </w:p>
    <w:p w:rsidR="005E41D8" w:rsidRPr="00D221C6" w:rsidRDefault="00101449">
      <w:pPr>
        <w:spacing w:after="80"/>
        <w:jc w:val="right"/>
        <w:rPr>
          <w:lang w:val="el-GR"/>
        </w:rPr>
      </w:pPr>
      <w:r w:rsidRPr="00D221C6">
        <w:rPr>
          <w:lang w:val="el-GR"/>
        </w:rPr>
        <w:t>Θέρμο, ____/____/2026</w:t>
      </w:r>
    </w:p>
    <w:p w:rsidR="005E41D8" w:rsidRPr="00D221C6" w:rsidRDefault="00101449">
      <w:pPr>
        <w:spacing w:after="80"/>
        <w:jc w:val="right"/>
        <w:rPr>
          <w:lang w:val="el-GR"/>
        </w:rPr>
      </w:pPr>
      <w:r w:rsidRPr="00D221C6">
        <w:rPr>
          <w:b/>
          <w:lang w:val="el-GR"/>
        </w:rPr>
        <w:t>Ο/Η αιτών/ούσα</w:t>
      </w:r>
    </w:p>
    <w:p w:rsidR="005E41D8" w:rsidRPr="00D221C6" w:rsidRDefault="00101449">
      <w:pPr>
        <w:spacing w:after="80"/>
        <w:jc w:val="right"/>
        <w:rPr>
          <w:lang w:val="el-GR"/>
        </w:rPr>
      </w:pPr>
      <w:r w:rsidRPr="00D221C6">
        <w:rPr>
          <w:lang w:val="el-GR"/>
        </w:rPr>
        <w:t>____________________________</w:t>
      </w:r>
    </w:p>
    <w:p w:rsidR="005E41D8" w:rsidRPr="00D221C6" w:rsidRDefault="005E41D8" w:rsidP="00DB2C8F">
      <w:pPr>
        <w:rPr>
          <w:lang w:val="el-GR"/>
        </w:rPr>
      </w:pPr>
    </w:p>
    <w:sectPr w:rsidR="005E41D8" w:rsidRPr="00D221C6" w:rsidSect="00034616"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2D542900"/>
    <w:multiLevelType w:val="multilevel"/>
    <w:tmpl w:val="3B42A9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47730"/>
    <w:rsid w:val="00034616"/>
    <w:rsid w:val="0006063C"/>
    <w:rsid w:val="00101449"/>
    <w:rsid w:val="0015074B"/>
    <w:rsid w:val="00193198"/>
    <w:rsid w:val="002531FE"/>
    <w:rsid w:val="0029639D"/>
    <w:rsid w:val="00326F90"/>
    <w:rsid w:val="004D6E64"/>
    <w:rsid w:val="004F7AF0"/>
    <w:rsid w:val="005E41D8"/>
    <w:rsid w:val="007C4276"/>
    <w:rsid w:val="008B6273"/>
    <w:rsid w:val="009E2690"/>
    <w:rsid w:val="00AA1D8D"/>
    <w:rsid w:val="00B47730"/>
    <w:rsid w:val="00C90785"/>
    <w:rsid w:val="00CB0664"/>
    <w:rsid w:val="00D221C6"/>
    <w:rsid w:val="00DB2C8F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rPr>
      <w:rFonts w:ascii="Arial" w:hAnsi="Arial"/>
      <w:sz w:val="21"/>
    </w:rPr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Κεφαλίδα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Υποσέλιδο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Επικεφαλίδα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Επικεφαλίδα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Επικεφαλίδα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Τίτλος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Υπότιτλος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Σώμα κειμένου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Σώμα κείμενου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Σώμα κείμενου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Κείμενο μακροεντολής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Απόσπασμα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Επικεφαλίδα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Επικεφαλίδα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Επικεφαλίδα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Επικεφαλίδα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Επικεφαλίδα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Επικεφαλίδα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Έντονο εισαγωγικό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9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a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Ανοιχτόχρωμη σκίαση1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">
    <w:name w:val="Ανοιχτόχρωμη σκίαση - Έμφαση 1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11">
    <w:name w:val="Ανοιχτόχρωμη λίστα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-110">
    <w:name w:val="Ανοιχτόχρωμη λίστα - ΄Εμφαση 1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12">
    <w:name w:val="Ανοιχτόχρωμο πλέγμα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-111">
    <w:name w:val="Ανοιχτόχρωμο πλέγμα - ΄Εμφαση 1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110">
    <w:name w:val="Μεσαία σκίαση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11">
    <w:name w:val="Μεσαία σκίαση 1 - ΄Εμφαση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210">
    <w:name w:val="Μεσαία σκίαση 2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1">
    <w:name w:val="Μεσαία σκίαση 2 - ΄Εμφαση 1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11">
    <w:name w:val="Μεσαία λίστα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1-110">
    <w:name w:val="Μεσαία λίστα 1 - ΄Εμφαση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211">
    <w:name w:val="Μεσαία λίστα 2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12">
    <w:name w:val="Μεσαίο πλέγμα 1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212">
    <w:name w:val="Μεσαίο πλέγμα 2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0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310">
    <w:name w:val="Μεσαίο πλέγμα 3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13">
    <w:name w:val="Σκουρόχρωμη λίστα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14">
    <w:name w:val="Πολύχρωμη σκίαση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0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15">
    <w:name w:val="Πολύχρωμη λίστα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2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16">
    <w:name w:val="Πολύχρωμο πλέγμα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3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-">
    <w:name w:val="Hyperlink"/>
    <w:rsid w:val="00D221C6"/>
    <w:rPr>
      <w:color w:val="0000FF"/>
      <w:u w:val="single"/>
    </w:rPr>
  </w:style>
  <w:style w:type="paragraph" w:customStyle="1" w:styleId="isselectedend">
    <w:name w:val="isselectedend"/>
    <w:basedOn w:val="a1"/>
    <w:rsid w:val="004F7A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988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user</cp:lastModifiedBy>
  <cp:revision>3</cp:revision>
  <dcterms:created xsi:type="dcterms:W3CDTF">2026-08-12T08:34:00Z</dcterms:created>
  <dcterms:modified xsi:type="dcterms:W3CDTF">2026-08-12T08:34:00Z</dcterms:modified>
</cp:coreProperties>
</file>