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D8" w:rsidRPr="00D221C6" w:rsidRDefault="00DC1086">
      <w:pPr>
        <w:rPr>
          <w:lang w:val="el-GR"/>
        </w:rPr>
      </w:pPr>
      <w:r>
        <w:rPr>
          <w:b/>
          <w:sz w:val="26"/>
          <w:lang w:val="el-GR"/>
        </w:rPr>
        <w:t xml:space="preserve"> </w:t>
      </w:r>
    </w:p>
    <w:p w:rsidR="005E41D8" w:rsidRPr="00D221C6" w:rsidRDefault="00101449">
      <w:pPr>
        <w:spacing w:after="80"/>
        <w:jc w:val="center"/>
        <w:rPr>
          <w:lang w:val="el-GR"/>
        </w:rPr>
      </w:pPr>
      <w:r w:rsidRPr="00D221C6">
        <w:rPr>
          <w:b/>
          <w:sz w:val="30"/>
          <w:lang w:val="el-GR"/>
        </w:rPr>
        <w:t>ΥΠΕΥΘΥΝΗ ΔΗΛΩΣΗ</w:t>
      </w:r>
    </w:p>
    <w:p w:rsidR="005E41D8" w:rsidRPr="00D221C6" w:rsidRDefault="00101449">
      <w:pPr>
        <w:spacing w:after="80"/>
        <w:jc w:val="center"/>
        <w:rPr>
          <w:lang w:val="el-GR"/>
        </w:rPr>
      </w:pPr>
      <w:r w:rsidRPr="00D221C6">
        <w:rPr>
          <w:b/>
          <w:sz w:val="20"/>
          <w:lang w:val="el-GR"/>
        </w:rPr>
        <w:t>(άρθρο 8 ν. 1599/1986)</w:t>
      </w:r>
    </w:p>
    <w:p w:rsidR="005E41D8" w:rsidRPr="00D221C6" w:rsidRDefault="00101449">
      <w:pPr>
        <w:spacing w:after="80"/>
        <w:rPr>
          <w:lang w:val="el-GR"/>
        </w:rPr>
      </w:pPr>
      <w:r w:rsidRPr="00D221C6">
        <w:rPr>
          <w:b/>
          <w:sz w:val="20"/>
          <w:lang w:val="el-GR"/>
        </w:rPr>
        <w:t>ΠΡΟΣ: ΔΗΜΟ ΘΕΡΜΟΥ – ΤΜΗΜΑ ΔΙΟΙΚΗΤΙΚΟΥ – ΠΡΟΣΩΠΙΚΟΥ</w:t>
      </w:r>
    </w:p>
    <w:tbl>
      <w:tblPr>
        <w:tblStyle w:val="afa"/>
        <w:tblW w:w="0" w:type="auto"/>
        <w:jc w:val="center"/>
        <w:tblLook w:val="04A0"/>
      </w:tblPr>
      <w:tblGrid>
        <w:gridCol w:w="4873"/>
        <w:gridCol w:w="4873"/>
      </w:tblGrid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proofErr w:type="spellStart"/>
            <w:r>
              <w:rPr>
                <w:b/>
                <w:sz w:val="19"/>
              </w:rPr>
              <w:t>Ονοματεπώνυμο</w:t>
            </w:r>
            <w:proofErr w:type="spellEnd"/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Πατρώνυμο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Α.Δ.Τ.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Διεύθυνση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Τηλέφωνο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</w:tbl>
    <w:p w:rsidR="005E41D8" w:rsidRPr="00D221C6" w:rsidRDefault="00101449">
      <w:pPr>
        <w:spacing w:after="80"/>
        <w:rPr>
          <w:lang w:val="el-GR"/>
        </w:rPr>
      </w:pPr>
      <w:r w:rsidRPr="00D221C6">
        <w:rPr>
          <w:sz w:val="20"/>
          <w:lang w:val="el-GR"/>
        </w:rPr>
        <w:t>Με ατομική μου ευθύνη και γνωρίζοντας τις κυρώσεις που προβλέπονται από τις διατάξεις της παρ. 6 του άρθρου 22 του ν. 1599/1986, δηλώνω ότι:</w:t>
      </w:r>
    </w:p>
    <w:p w:rsidR="005E41D8" w:rsidRPr="00D221C6" w:rsidRDefault="00101449">
      <w:pPr>
        <w:spacing w:after="100"/>
        <w:rPr>
          <w:lang w:val="el-GR"/>
        </w:rPr>
      </w:pPr>
      <w:r w:rsidRPr="00D221C6">
        <w:rPr>
          <w:sz w:val="20"/>
          <w:lang w:val="el-GR"/>
        </w:rPr>
        <w:t>1. Τα στοιχεία που αναγράφονται στην αίτησή μου είναι αληθή και ακριβή.</w:t>
      </w:r>
    </w:p>
    <w:p w:rsidR="005E41D8" w:rsidRPr="00D221C6" w:rsidRDefault="00101449">
      <w:pPr>
        <w:spacing w:after="100"/>
        <w:rPr>
          <w:lang w:val="el-GR"/>
        </w:rPr>
      </w:pPr>
      <w:r w:rsidRPr="00D221C6">
        <w:rPr>
          <w:sz w:val="20"/>
          <w:lang w:val="el-GR"/>
        </w:rPr>
        <w:t>2. Δεν συντρέχει στο πρόσωπό μου νόμιμο κώλυμα πρόσληψης.</w:t>
      </w:r>
    </w:p>
    <w:p w:rsidR="005E41D8" w:rsidRPr="00D221C6" w:rsidRDefault="00101449">
      <w:pPr>
        <w:spacing w:after="100"/>
        <w:rPr>
          <w:lang w:val="el-GR"/>
        </w:rPr>
      </w:pPr>
      <w:r w:rsidRPr="00D221C6">
        <w:rPr>
          <w:sz w:val="20"/>
          <w:lang w:val="el-GR"/>
        </w:rPr>
        <w:t>3. Έχω την υγεία και τη φυσική καταλληλότητα που απαιτείται για την εκτέλεση των καθηκόντων της θέσης ΥΕ Συνοδών Απορριμματοφόρων.</w:t>
      </w:r>
    </w:p>
    <w:p w:rsidR="005E41D8" w:rsidRPr="00D221C6" w:rsidRDefault="00101449">
      <w:pPr>
        <w:spacing w:after="100"/>
        <w:rPr>
          <w:lang w:val="el-GR"/>
        </w:rPr>
      </w:pPr>
      <w:r w:rsidRPr="00D221C6">
        <w:rPr>
          <w:sz w:val="20"/>
          <w:lang w:val="el-GR"/>
        </w:rPr>
        <w:t>4. Εφόσον είμαι άνδρας, έχω εκπληρώσει τις στρατιωτικές μου υποχρεώσεις ή έχω απαλλαγεί νόμιμα από αυτές.</w:t>
      </w:r>
    </w:p>
    <w:p w:rsidR="005E41D8" w:rsidRPr="00D221C6" w:rsidRDefault="00101449">
      <w:pPr>
        <w:spacing w:after="100"/>
        <w:rPr>
          <w:lang w:val="el-GR"/>
        </w:rPr>
      </w:pPr>
      <w:r w:rsidRPr="00D221C6">
        <w:rPr>
          <w:sz w:val="20"/>
          <w:lang w:val="el-GR"/>
        </w:rPr>
        <w:t>5. Θα προσκομίσω, εφόσον μου ζητηθεί, τα πρωτότυπα ή νόμιμα αντίγραφα των δικαιολογητικών που αποδεικνύουν τα δηλωθέντα στοιχεία.</w:t>
      </w:r>
    </w:p>
    <w:p w:rsidR="005E41D8" w:rsidRPr="00D221C6" w:rsidRDefault="00101449">
      <w:pPr>
        <w:spacing w:after="80"/>
        <w:jc w:val="right"/>
        <w:rPr>
          <w:lang w:val="el-GR"/>
        </w:rPr>
      </w:pPr>
      <w:r w:rsidRPr="00D221C6">
        <w:rPr>
          <w:lang w:val="el-GR"/>
        </w:rPr>
        <w:t>Θέρμο, ____/____/2026</w:t>
      </w:r>
    </w:p>
    <w:p w:rsidR="005E41D8" w:rsidRPr="00D221C6" w:rsidRDefault="00101449">
      <w:pPr>
        <w:spacing w:after="80"/>
        <w:jc w:val="right"/>
        <w:rPr>
          <w:lang w:val="el-GR"/>
        </w:rPr>
      </w:pPr>
      <w:r w:rsidRPr="00D221C6">
        <w:rPr>
          <w:b/>
          <w:lang w:val="el-GR"/>
        </w:rPr>
        <w:t>Ο/Η Δηλών/ούσα</w:t>
      </w:r>
    </w:p>
    <w:p w:rsidR="005E41D8" w:rsidRPr="00D221C6" w:rsidRDefault="00101449">
      <w:pPr>
        <w:spacing w:after="80"/>
        <w:jc w:val="right"/>
        <w:rPr>
          <w:lang w:val="el-GR"/>
        </w:rPr>
      </w:pPr>
      <w:r w:rsidRPr="00D221C6">
        <w:rPr>
          <w:lang w:val="el-GR"/>
        </w:rPr>
        <w:t>____________________________</w:t>
      </w:r>
    </w:p>
    <w:p w:rsidR="005E41D8" w:rsidRPr="00BE6800" w:rsidRDefault="005E41D8" w:rsidP="00BE6800">
      <w:pPr>
        <w:rPr>
          <w:lang w:val="el-GR"/>
        </w:rPr>
      </w:pPr>
    </w:p>
    <w:sectPr w:rsidR="005E41D8" w:rsidRPr="00BE6800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542900"/>
    <w:multiLevelType w:val="multilevel"/>
    <w:tmpl w:val="3B42A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01449"/>
    <w:rsid w:val="0015074B"/>
    <w:rsid w:val="002531FE"/>
    <w:rsid w:val="0029639D"/>
    <w:rsid w:val="00326F90"/>
    <w:rsid w:val="004D6E64"/>
    <w:rsid w:val="004F7AF0"/>
    <w:rsid w:val="005E41D8"/>
    <w:rsid w:val="007C4276"/>
    <w:rsid w:val="009E2690"/>
    <w:rsid w:val="00AA1D8D"/>
    <w:rsid w:val="00B47730"/>
    <w:rsid w:val="00BE6800"/>
    <w:rsid w:val="00C90785"/>
    <w:rsid w:val="00CB0664"/>
    <w:rsid w:val="00CC52F0"/>
    <w:rsid w:val="00D221C6"/>
    <w:rsid w:val="00DC1086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εισαγωγικό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Ανοιχτόχρωμη σκίαση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Ανοιχτόχρωμη σκίαση - Έμφαση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Ανοιχτόχρωμη λίστα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Ανοιχτόχρωμη λίστα - ΄Εμφαση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Ανοιχτόχρωμο πλέγμα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Ανοιχτόχρωμο πλέγμα - ΄Εμφαση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Μεσαία σκίαση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Μεσαία σκίαση 1 - ΄Εμφαση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Μεσαία σκίαση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Μεσαία σκίαση 2 - ΄Εμφαση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Μεσαία λίστα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Μεσαία λίστα 1 - ΄Εμφαση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Μεσαία λίστα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Μεσαίο πλέγμα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Μεσαίο πλέγμα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Μεσαίο πλέγμα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Σκουρόχρωμη λίστα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Πολύχρωμη σκίαση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Πολύχρωμη λίστα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Πολύχρωμο πλέγμα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-">
    <w:name w:val="Hyperlink"/>
    <w:rsid w:val="00D221C6"/>
    <w:rPr>
      <w:color w:val="0000FF"/>
      <w:u w:val="single"/>
    </w:rPr>
  </w:style>
  <w:style w:type="paragraph" w:customStyle="1" w:styleId="isselectedend">
    <w:name w:val="isselectedend"/>
    <w:basedOn w:val="a1"/>
    <w:rsid w:val="004F7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2026-08-12T08:35:00Z</dcterms:created>
  <dcterms:modified xsi:type="dcterms:W3CDTF">2026-08-12T08:36:00Z</dcterms:modified>
</cp:coreProperties>
</file>